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B66B4B"/>
          <w:sz w:val="32"/>
        </w:rPr>
        <w:t>ELTEC</w:t>
      </w:r>
    </w:p>
    <w:p>
      <w:pPr>
        <w:spacing w:before="0" w:after="40" w:line="240" w:lineRule="auto"/>
      </w:pPr>
      <w:r>
        <w:rPr>
          <w:b/>
          <w:sz w:val="26"/>
        </w:rPr>
        <w:t>Опросный лист на проект молниезащиты и заземления</w:t>
      </w:r>
    </w:p>
    <w:p>
      <w:pPr>
        <w:spacing w:before="0" w:after="120" w:line="240" w:lineRule="auto"/>
      </w:pPr>
      <w:r>
        <w:rPr>
          <w:b w:val="0"/>
          <w:color w:val="707070"/>
          <w:sz w:val="18"/>
        </w:rPr>
        <w:t>Отметьте галочки и впишите, что знаете. Если не знаете, пропустите: разберёмся по чертежам. Заполнение займёт 5‑10 минут.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10206"/>
            <w:gridSpan w:val="3"/>
            <w:shd w:val="clear" w:color="auto" w:fill="E8EEF5"/>
          </w:tcPr>
          <w:p>
            <w:pPr>
              <w:spacing w:before="0" w:after="20" w:line="240" w:lineRule="auto"/>
            </w:pPr>
            <w:r>
              <w:rPr>
                <w:b/>
                <w:color w:val="1F3A5F"/>
                <w:sz w:val="19"/>
              </w:rPr>
              <w:t>Объект</w:t>
            </w:r>
          </w:p>
        </w:tc>
      </w:tr>
      <w:tr>
        <w:trPr>
          <w:trHeight w:val="624" w:hRule="atLeast"/>
        </w:trP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Название и адрес объекта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город, улица или кадастровый номер участка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2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Тип здания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жилой дом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многоквартирный дом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склад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производство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торговое или офисное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другое:</w:t>
            </w:r>
            <w:r>
              <w:rPr>
                <w:b w:val="0"/>
                <w:sz w:val="21"/>
              </w:rPr>
              <w:t xml:space="preserve"> ________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3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Что хранится или производится (для склада и производства)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негорючее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горючее: картон, пластик, древесина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взрывоопасное: газ, ЛВЖ, пыль</w:t>
            </w:r>
          </w:p>
        </w:tc>
      </w:tr>
      <w:tr>
        <w:trPr>
          <w:trHeight w:val="624" w:hRule="atLeast"/>
        </w:trP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4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Этажность и высота до конька или парапета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например: 2 этажа, 9 м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</w:p>
        </w:tc>
      </w:tr>
      <w:tr>
        <w:tc>
          <w:tcPr>
            <w:tcW w:type="dxa" w:w="10206"/>
            <w:gridSpan w:val="3"/>
            <w:shd w:val="clear" w:color="auto" w:fill="E8EEF5"/>
          </w:tcPr>
          <w:p>
            <w:pPr>
              <w:spacing w:before="0" w:after="20" w:line="240" w:lineRule="auto"/>
            </w:pPr>
            <w:r>
              <w:rPr>
                <w:b/>
                <w:color w:val="1F3A5F"/>
                <w:sz w:val="19"/>
              </w:rPr>
              <w:t>Кровля и стены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5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Форма кровли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плоская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скатная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сложная: купола, башни, фонари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6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Покрытие кровли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металл: профлист, фальц, металлочерепица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мягкая, мембрана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черепица, шифер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другое:</w:t>
            </w:r>
            <w:r>
              <w:rPr>
                <w:b w:val="0"/>
                <w:sz w:val="21"/>
              </w:rPr>
              <w:t xml:space="preserve"> ________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7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Что стоит на кровле</w:t>
            </w:r>
            <w:r>
              <w:rPr>
                <w:b w:val="0"/>
                <w:color w:val="707070"/>
                <w:sz w:val="16"/>
              </w:rPr>
              <w:t xml:space="preserve"> (можно несколько)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дымоходы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вентиляция, кондиционеры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антенны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солнечные панели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ничего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8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Стены и фасад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кирпич, блоки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сэндвич-панели, профлист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дерево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вентфасад, облицовка</w:t>
            </w:r>
          </w:p>
        </w:tc>
      </w:tr>
      <w:tr>
        <w:tc>
          <w:tcPr>
            <w:tcW w:type="dxa" w:w="10206"/>
            <w:gridSpan w:val="3"/>
            <w:shd w:val="clear" w:color="auto" w:fill="E8EEF5"/>
          </w:tcPr>
          <w:p>
            <w:pPr>
              <w:spacing w:before="0" w:after="20" w:line="240" w:lineRule="auto"/>
            </w:pPr>
            <w:r>
              <w:rPr>
                <w:b/>
                <w:color w:val="1F3A5F"/>
                <w:sz w:val="19"/>
              </w:rPr>
              <w:t>Вводы и грунт</w:t>
            </w:r>
          </w:p>
        </w:tc>
      </w:tr>
      <w:tr>
        <w:trPr>
          <w:trHeight w:val="624" w:hRule="atLeast"/>
        </w:trP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9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Где ввод электричества (щит учёта, ВРУ)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помещение или отметка на плане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10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Своя трансформаторная подстанция (ТП)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нет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есть, в здании или пристроена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есть, отдельно стоящая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11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Что входит в здание</w:t>
            </w:r>
            <w:r>
              <w:rPr>
                <w:b w:val="0"/>
                <w:color w:val="707070"/>
                <w:sz w:val="16"/>
              </w:rPr>
              <w:t xml:space="preserve"> (можно несколько)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водопровод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канализация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газ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отопление от сети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металлические трубы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12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Помещения с водой</w:t>
            </w:r>
            <w:r>
              <w:rPr>
                <w:b w:val="0"/>
                <w:color w:val="707070"/>
                <w:sz w:val="16"/>
              </w:rPr>
              <w:t xml:space="preserve"> (можно несколько)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ванные, душевые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сауна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бассейн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нет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13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Грунт на участке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отчёт геологии приложите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глина, суглинок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песок, супесь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скала, щебень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торф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 знаю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14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Грозовые часы в год по карте ПУЭ (рис. 2.5.3)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не знаете: определим по адресу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менее 10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10-20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20-40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40-60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60-80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80-100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100 и более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 знаю</w:t>
            </w:r>
          </w:p>
        </w:tc>
      </w:tr>
      <w:tr>
        <w:tc>
          <w:tcPr>
            <w:tcW w:type="dxa" w:w="10206"/>
            <w:gridSpan w:val="3"/>
            <w:shd w:val="clear" w:color="auto" w:fill="E8EEF5"/>
          </w:tcPr>
          <w:p>
            <w:pPr>
              <w:spacing w:before="0" w:after="20" w:line="240" w:lineRule="auto"/>
            </w:pPr>
            <w:r>
              <w:rPr>
                <w:b/>
                <w:color w:val="1F3A5F"/>
                <w:sz w:val="19"/>
              </w:rPr>
              <w:t>Требования и результат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15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Есть ТЗ, ТУ, требования экспертизы или страховой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нет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есть, прикладываю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16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Производитель изделий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на ваш выбор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EKF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EZETEK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OSTEC</w:t>
            </w:r>
          </w:p>
        </w:tc>
      </w:tr>
      <w:t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17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Нужны чертежи в DWG (PDF и спецификация в Excel будут всегда)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да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rPr>
                <w:b w:val="0"/>
                <w:sz w:val="21"/>
              </w:rPr>
              <w:t xml:space="preserve"> нет</w:t>
            </w:r>
          </w:p>
        </w:tc>
      </w:tr>
      <w:tr>
        <w:trPr>
          <w:trHeight w:val="624" w:hRule="atLeast"/>
        </w:trPr>
        <w:tc>
          <w:tcPr>
            <w:tcW w:type="dxa" w:w="397"/>
          </w:tcPr>
          <w:p>
            <w:pPr>
              <w:spacing w:before="40" w:after="0" w:line="240" w:lineRule="auto"/>
            </w:pPr>
            <w:r>
              <w:rPr>
                <w:b/>
                <w:sz w:val="21"/>
              </w:rPr>
              <w:t>18</w:t>
            </w:r>
          </w:p>
        </w:tc>
        <w:tc>
          <w:tcPr>
            <w:tcW w:type="dxa" w:w="3175"/>
          </w:tcPr>
          <w:p>
            <w:pPr>
              <w:spacing w:before="40" w:after="0" w:line="240" w:lineRule="auto"/>
            </w:pPr>
            <w:r>
              <w:rPr>
                <w:b w:val="0"/>
                <w:sz w:val="21"/>
              </w:rPr>
              <w:t>Контакт и срок</w:t>
            </w:r>
          </w:p>
          <w:p>
            <w:pPr>
              <w:spacing w:before="0" w:after="0" w:line="240" w:lineRule="auto"/>
            </w:pPr>
            <w:r>
              <w:rPr>
                <w:b w:val="0"/>
                <w:color w:val="707070"/>
                <w:sz w:val="16"/>
              </w:rPr>
              <w:t>имя, телефон или Telegram, когда нужен проект</w:t>
            </w:r>
          </w:p>
        </w:tc>
        <w:tc>
          <w:tcPr>
            <w:tcW w:type="dxa" w:w="6633"/>
          </w:tcPr>
          <w:p>
            <w:pPr>
              <w:spacing w:before="40" w:after="20" w:line="240" w:lineRule="auto"/>
            </w:pPr>
          </w:p>
        </w:tc>
      </w:tr>
    </w:tbl>
    <w:p>
      <w:pPr>
        <w:spacing w:before="0" w:after="0" w:line="240" w:lineRule="auto"/>
      </w:pPr>
      <w:r>
        <w:rPr>
          <w:b w:val="0"/>
          <w:sz w:val="8"/>
        </w:rPr>
      </w:r>
    </w:p>
    <w:p>
      <w:pPr>
        <w:spacing w:before="0" w:after="60" w:line="240" w:lineRule="auto"/>
      </w:pPr>
      <w:r>
        <w:rPr>
          <w:b/>
          <w:sz w:val="18"/>
        </w:rPr>
        <w:t>Приложите чертежи: планы этажей, план кровли, разрезы или фасады. Лучше DWG, подойдёт PDF. Если проекта нет, пришлите фото всех фасадов и размеры здания.</w:t>
      </w:r>
    </w:p>
    <w:p>
      <w:pPr>
        <w:spacing w:before="0" w:after="0" w:line="240" w:lineRule="auto"/>
      </w:pPr>
      <w:r>
        <w:rPr>
          <w:b w:val="0"/>
          <w:color w:val="707070"/>
          <w:sz w:val="18"/>
        </w:rPr>
        <w:t>Заполненный лист и чертежи пришлите в ответ на письмо или в Telegram.</w:t>
      </w:r>
    </w:p>
    <w:sectPr w:rsidR="00FC693F" w:rsidRPr="0006063C" w:rsidSect="00034616">
      <w:pgSz w:w="11906" w:h="16838"/>
      <w:pgMar w:top="680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